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3: The Body - Reasons, Details, and Transitions</w:t>
      </w:r>
    </w:p>
    <w:p>
      <w:pPr>
        <w:spacing w:after="200"/>
        <w:jc w:val="center"/>
      </w:pPr>
      <w:r>
        <w:rPr>
          <w:b w:val="0"/>
          <w:i/>
          <w:sz w:val="20"/>
        </w:rPr>
        <w:t>5/6 Language Arts  -  Building a Strong Paragraph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Write one reason that supports your opinion, with a detail.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Use a transition word in a sentence about your topic.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What does it mean for a paragraph to stay on topic (unity)? One sentence.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support my opinion with reasons and details.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